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6732" w:rsidRPr="0044339B" w:rsidRDefault="00000000">
      <w:pPr>
        <w:pStyle w:val="aa"/>
        <w:spacing w:after="200"/>
        <w:rPr>
          <w:rFonts w:ascii="Microsoft YaHei" w:eastAsia="Microsoft YaHei" w:hAnsi="Microsoft YaHei"/>
        </w:rPr>
      </w:pPr>
      <w:r w:rsidRPr="0044339B">
        <w:rPr>
          <w:rFonts w:ascii="Microsoft YaHei" w:eastAsia="Microsoft YaHei" w:hAnsi="Microsoft YaHei"/>
          <w:sz w:val="38"/>
        </w:rPr>
        <w:t>MAOT Partner Application Form</w:t>
      </w:r>
    </w:p>
    <w:p w:rsidR="00C96732" w:rsidRPr="0044339B" w:rsidRDefault="00000000">
      <w:pPr>
        <w:spacing w:after="300"/>
        <w:rPr>
          <w:rFonts w:ascii="Microsoft YaHei" w:eastAsia="Microsoft YaHei" w:hAnsi="Microsoft YaHei"/>
        </w:rPr>
      </w:pPr>
      <w:r w:rsidRPr="0044339B">
        <w:rPr>
          <w:rFonts w:ascii="Microsoft YaHei" w:eastAsia="Microsoft YaHei" w:hAnsi="Microsoft YaHei"/>
        </w:rPr>
        <w:t>Please complete this form to tell us about your business and partnership interests.</w:t>
      </w:r>
    </w:p>
    <w:p w:rsidR="00C96732" w:rsidRPr="0044339B" w:rsidRDefault="00000000">
      <w:pPr>
        <w:pStyle w:val="1"/>
        <w:rPr>
          <w:rFonts w:ascii="Microsoft YaHei" w:eastAsia="Microsoft YaHei" w:hAnsi="Microsoft YaHei"/>
        </w:rPr>
      </w:pPr>
      <w:r w:rsidRPr="0044339B">
        <w:rPr>
          <w:rFonts w:ascii="Microsoft YaHei" w:eastAsia="Microsoft YaHei" w:hAnsi="Microsoft YaHei"/>
        </w:rPr>
        <w:t>Contact Details</w:t>
      </w:r>
    </w:p>
    <w:tbl>
      <w:tblPr>
        <w:tblW w:w="0" w:type="auto"/>
        <w:jc w:val="center"/>
        <w:tblBorders>
          <w:top w:val="single" w:sz="4" w:space="0" w:color="D7DADD"/>
          <w:left w:val="single" w:sz="4" w:space="0" w:color="D7DADD"/>
          <w:bottom w:val="single" w:sz="4" w:space="0" w:color="D7DADD"/>
          <w:right w:val="single" w:sz="4" w:space="0" w:color="D7DADD"/>
          <w:insideH w:val="single" w:sz="4" w:space="0" w:color="D7DADD"/>
          <w:insideV w:val="single" w:sz="4" w:space="0" w:color="D7DADD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0"/>
      </w:tblGrid>
      <w:tr w:rsidR="00C96732" w:rsidRPr="0044339B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b/>
                <w:sz w:val="20"/>
              </w:rPr>
              <w:t>Company or Store Name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C96732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</w:p>
        </w:tc>
      </w:tr>
      <w:tr w:rsidR="00C96732" w:rsidRPr="0044339B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b/>
                <w:sz w:val="20"/>
              </w:rPr>
              <w:t>Country or Region and City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C96732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</w:p>
        </w:tc>
      </w:tr>
      <w:tr w:rsidR="00C96732" w:rsidRPr="0044339B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b/>
                <w:sz w:val="20"/>
              </w:rPr>
              <w:t>Contact Name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C96732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</w:p>
        </w:tc>
      </w:tr>
      <w:tr w:rsidR="00C96732" w:rsidRPr="0044339B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b/>
                <w:sz w:val="20"/>
              </w:rPr>
              <w:t>Phone or WhatsApp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C96732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</w:p>
        </w:tc>
      </w:tr>
      <w:tr w:rsidR="00C96732" w:rsidRPr="0044339B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b/>
                <w:sz w:val="20"/>
              </w:rPr>
              <w:t>Email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C96732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</w:p>
        </w:tc>
      </w:tr>
      <w:tr w:rsidR="00C96732" w:rsidRPr="0044339B">
        <w:trPr>
          <w:cantSplit/>
          <w:trHeight w:val="59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b/>
                <w:sz w:val="20"/>
              </w:rPr>
              <w:t>Website or Social Media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sz w:val="20"/>
              </w:rPr>
              <w:t>Optional</w:t>
            </w:r>
          </w:p>
        </w:tc>
      </w:tr>
    </w:tbl>
    <w:p w:rsidR="00C96732" w:rsidRPr="0044339B" w:rsidRDefault="00000000">
      <w:pPr>
        <w:pStyle w:val="1"/>
        <w:rPr>
          <w:rFonts w:ascii="Microsoft YaHei" w:eastAsia="Microsoft YaHei" w:hAnsi="Microsoft YaHei"/>
        </w:rPr>
      </w:pPr>
      <w:r w:rsidRPr="0044339B">
        <w:rPr>
          <w:rFonts w:ascii="Microsoft YaHei" w:eastAsia="Microsoft YaHei" w:hAnsi="Microsoft YaHei"/>
        </w:rPr>
        <w:t>Partnership Interests</w:t>
      </w:r>
    </w:p>
    <w:tbl>
      <w:tblPr>
        <w:tblW w:w="0" w:type="auto"/>
        <w:jc w:val="center"/>
        <w:tblBorders>
          <w:top w:val="single" w:sz="4" w:space="0" w:color="D7DADD"/>
          <w:left w:val="single" w:sz="4" w:space="0" w:color="D7DADD"/>
          <w:bottom w:val="single" w:sz="4" w:space="0" w:color="D7DADD"/>
          <w:right w:val="single" w:sz="4" w:space="0" w:color="D7DADD"/>
          <w:insideH w:val="single" w:sz="4" w:space="0" w:color="D7DADD"/>
          <w:insideV w:val="single" w:sz="4" w:space="0" w:color="D7DADD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0"/>
      </w:tblGrid>
      <w:tr w:rsidR="00C96732" w:rsidRPr="0044339B">
        <w:trPr>
          <w:cantSplit/>
          <w:trHeight w:val="680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b/>
                <w:sz w:val="20"/>
              </w:rPr>
              <w:t>Partnership Type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sz w:val="20"/>
              </w:rPr>
              <w:t>□ Distributor    □ Retailer    □ Installation Partner    □ Other</w:t>
            </w:r>
          </w:p>
        </w:tc>
      </w:tr>
      <w:tr w:rsidR="00C96732" w:rsidRPr="0044339B">
        <w:trPr>
          <w:cantSplit/>
          <w:trHeight w:val="93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b/>
                <w:sz w:val="20"/>
              </w:rPr>
              <w:t>Current Business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sz w:val="20"/>
              </w:rPr>
              <w:t>Briefly describe your main business, sales channels or installation capabilities:</w:t>
            </w:r>
            <w:r w:rsidRPr="0044339B">
              <w:rPr>
                <w:rFonts w:ascii="Microsoft YaHei" w:eastAsia="Microsoft YaHei" w:hAnsi="Microsoft YaHei"/>
                <w:sz w:val="20"/>
              </w:rPr>
              <w:br/>
            </w:r>
          </w:p>
        </w:tc>
      </w:tr>
      <w:tr w:rsidR="00C96732" w:rsidRPr="0044339B">
        <w:trPr>
          <w:cantSplit/>
          <w:trHeight w:val="935"/>
          <w:jc w:val="center"/>
        </w:trPr>
        <w:tc>
          <w:tcPr>
            <w:tcW w:w="2268" w:type="dxa"/>
            <w:shd w:val="clear" w:color="auto" w:fill="F3F4F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b/>
                <w:sz w:val="20"/>
              </w:rPr>
              <w:t>Target Markets and Vehicles</w:t>
            </w:r>
          </w:p>
        </w:tc>
        <w:tc>
          <w:tcPr>
            <w:tcW w:w="737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96732" w:rsidRPr="0044339B" w:rsidRDefault="00000000">
            <w:pPr>
              <w:spacing w:before="40" w:after="40" w:line="252" w:lineRule="auto"/>
              <w:rPr>
                <w:rFonts w:ascii="Microsoft YaHei" w:eastAsia="Microsoft YaHei" w:hAnsi="Microsoft YaHei"/>
              </w:rPr>
            </w:pPr>
            <w:r w:rsidRPr="0044339B">
              <w:rPr>
                <w:rFonts w:ascii="Microsoft YaHei" w:eastAsia="Microsoft YaHei" w:hAnsi="Microsoft YaHei"/>
                <w:sz w:val="20"/>
              </w:rPr>
              <w:t>List your intended markets and vehicle models of interest:</w:t>
            </w:r>
            <w:r w:rsidRPr="0044339B">
              <w:rPr>
                <w:rFonts w:ascii="Microsoft YaHei" w:eastAsia="Microsoft YaHei" w:hAnsi="Microsoft YaHei"/>
                <w:sz w:val="20"/>
              </w:rPr>
              <w:br/>
            </w:r>
          </w:p>
        </w:tc>
      </w:tr>
    </w:tbl>
    <w:p w:rsidR="00C96732" w:rsidRPr="0044339B" w:rsidRDefault="00000000">
      <w:pPr>
        <w:spacing w:before="200"/>
        <w:rPr>
          <w:rFonts w:ascii="Microsoft YaHei" w:eastAsia="Microsoft YaHei" w:hAnsi="Microsoft YaHei"/>
        </w:rPr>
      </w:pPr>
      <w:r w:rsidRPr="0044339B">
        <w:rPr>
          <w:rFonts w:ascii="Microsoft YaHei" w:eastAsia="Microsoft YaHei" w:hAnsi="Microsoft YaHei"/>
        </w:rPr>
        <w:t>Application date (YYYY-MM-DD): ____________________</w:t>
      </w:r>
    </w:p>
    <w:p w:rsidR="00C96732" w:rsidRPr="0044339B" w:rsidRDefault="00000000">
      <w:pPr>
        <w:spacing w:before="140"/>
        <w:rPr>
          <w:rFonts w:ascii="Microsoft YaHei" w:eastAsia="Microsoft YaHei" w:hAnsi="Microsoft YaHei"/>
        </w:rPr>
      </w:pPr>
      <w:r w:rsidRPr="0044339B">
        <w:rPr>
          <w:rFonts w:ascii="Microsoft YaHei" w:eastAsia="Microsoft YaHei" w:hAnsi="Microsoft YaHei"/>
          <w:b/>
        </w:rPr>
        <w:t>How to Apply</w:t>
      </w:r>
    </w:p>
    <w:p w:rsidR="00C96732" w:rsidRPr="0044339B" w:rsidRDefault="00000000">
      <w:pPr>
        <w:rPr>
          <w:rFonts w:ascii="Microsoft YaHei" w:eastAsia="Microsoft YaHei" w:hAnsi="Microsoft YaHei"/>
        </w:rPr>
      </w:pPr>
      <w:r w:rsidRPr="0044339B">
        <w:rPr>
          <w:rFonts w:ascii="Microsoft YaHei" w:eastAsia="Microsoft YaHei" w:hAnsi="Microsoft YaHei"/>
        </w:rPr>
        <w:t>Email the completed form as an attachment to gary@icarav.com.</w:t>
      </w:r>
      <w:r w:rsidRPr="0044339B">
        <w:rPr>
          <w:rFonts w:ascii="Microsoft YaHei" w:eastAsia="Microsoft YaHei" w:hAnsi="Microsoft YaHei"/>
        </w:rPr>
        <w:br/>
        <w:t>Subject: Partnership Application | Country or Region | Company or Store Name</w:t>
      </w:r>
    </w:p>
    <w:p w:rsidR="00C96732" w:rsidRPr="0044339B" w:rsidRDefault="00000000">
      <w:pPr>
        <w:spacing w:after="0"/>
        <w:rPr>
          <w:rFonts w:ascii="Microsoft YaHei" w:eastAsia="Microsoft YaHei" w:hAnsi="Microsoft YaHei"/>
        </w:rPr>
      </w:pPr>
      <w:r w:rsidRPr="0044339B">
        <w:rPr>
          <w:rFonts w:ascii="Microsoft YaHei" w:eastAsia="Microsoft YaHei" w:hAnsi="Microsoft YaHei"/>
          <w:color w:val="666666"/>
          <w:sz w:val="18"/>
        </w:rPr>
        <w:t>This form is for partnership discussions only and does not grant authorization or confirm a partnership.</w:t>
      </w:r>
    </w:p>
    <w:sectPr w:rsidR="00C96732" w:rsidRPr="0044339B" w:rsidSect="00034616">
      <w:pgSz w:w="11906" w:h="16838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SC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5938752">
    <w:abstractNumId w:val="8"/>
  </w:num>
  <w:num w:numId="2" w16cid:durableId="1720130040">
    <w:abstractNumId w:val="6"/>
  </w:num>
  <w:num w:numId="3" w16cid:durableId="1599754960">
    <w:abstractNumId w:val="5"/>
  </w:num>
  <w:num w:numId="4" w16cid:durableId="1867323836">
    <w:abstractNumId w:val="4"/>
  </w:num>
  <w:num w:numId="5" w16cid:durableId="1944193231">
    <w:abstractNumId w:val="7"/>
  </w:num>
  <w:num w:numId="6" w16cid:durableId="2094276926">
    <w:abstractNumId w:val="3"/>
  </w:num>
  <w:num w:numId="7" w16cid:durableId="1896577107">
    <w:abstractNumId w:val="2"/>
  </w:num>
  <w:num w:numId="8" w16cid:durableId="1267270571">
    <w:abstractNumId w:val="1"/>
  </w:num>
  <w:num w:numId="9" w16cid:durableId="138532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339B"/>
    <w:rsid w:val="00AA1D8D"/>
    <w:rsid w:val="00B47730"/>
    <w:rsid w:val="00C9673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AB5B0DE-E9B7-4942-9AF4-DB5B5C84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Noto Sans CJK SC" w:eastAsia="Noto Sans CJK SC" w:hAnsi="Noto Sans CJK SC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MAOT Partner Application Form</dc:title>
  <dc:subject/>
  <dc:creator>MAOT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2026-10-14T07:44:00Z</dcterms:modified>
  <cp:category/>
</cp:coreProperties>
</file>